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נהיגה חכמה, בטיחות וקבלת החלטות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מערכות בטיחות ברכב ואת תפקידן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נתון לדפוס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קבלת החלטות אחראית מול חברים בנושאי סודות ותמיכה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כי הכנרת היא המקום הנמוך ביותר והכביש יורד בתלול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חיישנים, עיבוד מידע ותגובה או התרעה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מתריעה כשהרכב זז מהנתיב בלי איתות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שומרת מרחק קבוע מהרכב שלפנים ומתאימה מהירות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אדם מפסיק לשים לב ומפקיד הכל במערכת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כדי שיהיה אפשר לזהות אותו גם מהצד או כשהוא מכוסה חלקית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דפוס נוצר מכמה נתונים שחוזרים על עצמם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המערכת עוזרת אבל לא מחליפה ערנות אנושית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תמיכה נכונה כוללת הקשבה והפניה לעזרה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אסור להבטיח להסתיר דברים מסכנים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הכנרת היא אחת הנקודות הנמוכות על פני כדור הארץ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 בדיוק תפקיד המערכת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בקרת שיוט מסתגלת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אמון יתר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נתון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(מתריעה כשהרכב זז מהנתיב)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(שומרת מרחק ומתאימה מהירות אוטומטית)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(הסתמכות מוגזמת על מערכת וירידה בערנות)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(חזרה של נתונים דומים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(צורה בעלת שמונה צלעות המשמשת לשלט עצור)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יציינו שהמחשב מעבד נתונים ומגיב מהר, אך רק אדם יכול להבין הקשר, להרגיש ולשפוט מצב מורכב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לחקור זה לאסוף מידע מתוך סקרנות, לשים לב זה להתעניין באמת ברגשות ובמצב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אין להבטיח לשמור על סוד מסכן, יש להסביר שזה מתוך דאגה ולפנות למבוגר אחראי שיכול לעזור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נתון הוא פרט בודד, דפוס הוא חזרה של נתונים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התרעת סטייה או בקרת שיוט עם הסבר קצר ונכון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פנייה למבוגר אחראי ואי שמירה על סוד מסכן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הטריוויה מהעמוד לפני חלוקת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את ההבחנה בין נתון לדפוס באמצעות דוגמה מהכיתה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לדון בכיתה במצב של סוד מסכן לפני המעבר למשימת הכתיבה הפתוחה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נהיגה חכמה, בטיחות וקבלת החלטות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מערכות בטיחות ברכב ועל איך להתנהג נכון עם חברים.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נתון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 מידע בודד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דפוס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חזרה של נתונים דומים לאורך זמן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התרעה על סטייה מנתיב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אזהרה כשהרכב זז מהנתיב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בקרת שיוט מסתגלת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מערכת ששומרת מרחק ומהירות אוטומטית מהרכב שלפנים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אמון יתר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הסתמכות מוגזמת על מערכת וירידה בערנות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מתומן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צורה בעלת שמונה צלעות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מבוגר אחראי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בוגר שאפשר לפנות אליו לעזרה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הכביש ליד הכנרת מפותל?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הכנרת היא המקום הנמוך ביותר והכביש יורד בתלול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אין שם אספלט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כביש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תמרורים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חלקים יש במערכת בטיחות?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חיישנים, מחשב, אזעקה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חיישנים, עיבוד מידע ותגובה או התרעה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גלגלים, מנוע, בלמים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רדיו, מזגן, חגורות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עושה התרעת הסטייה?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מתריעה כשהרכב זז מהנתיב בלי איתות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עוצרת את הרכב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מנווטת לכתובת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מחממת את המושב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מערכת בקרת השיוט?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שומרת מרחק קבוע מהרכב שלפנים ומתאימה 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מכוונת רדיו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בודקת לחץ אוויר בצמיגים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פותחת חלונות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אמון יתר מסוכן?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אדם מפסיק לשים לב ומפקיד הכל במערכת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המערכת מתקלקלת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הרכב יקר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לשלט עצור צורה מיוחדת?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שיהיה אפשר לזהות אותו גם מהצד או כשהוא מכוסה חלקית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קל לייצר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סיבה מיוחדת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נתון בודד מספיק כדי לזהות דפוס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בקרת שיוט מסתגלת יכולה להחליף לגמרי את תשומת הלב של הנהג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 או חברה בתמיכה יכולים לעזור על ידי הקשבה ועידוד לפנות למבוגר אחראי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הבטחה כנה לחבר שמבקש לשמור סוד מסוכן היא להבטיח לעזור לו בלי להבטיח לשמור על סוד שמסכן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הכנרת היא הנקודה הגבוהה ביותר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התרעת סטייה מנתיב מזהה שהרכב חורג מהנתיב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היא המקום הנמוך ביותר על פני כדור הארץ, ולכן יש פיתולים רבים בדרך אליה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היא מערכת ששומרת מרחק בטוח מהרכב שלפנים באופן אוטומטי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כאשר סומכים על מערכת יותר מדי ומפסיקים לשים לב, קוראים לזה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שלט עצור מעוצב כ__________ כדי שיהיה קל לזהות אותו מכל כיוון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__________ בודד הוא פרט אחד, אבל כשכמה כאלה חוזרים נוצר דפוס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התרעה על סטייה מנתיב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חזרה של נתונים דומים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בקרת שיוט מסתגלת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צורה בעלת שמונה צלעות המשמשת לשלט עצור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אמון יתר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שומרת מרחק ומתאימה מהירות אוטומטית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דפוס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מתריעה כשהרכב זז מהנתיב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מתומן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הסתמכות מוגזמת על מערכת וירידה בערנות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אחד: מה המחשב ברכב יכול לעשות, ומה רק אדם יכול לעשות?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לחקור חבר או חברה לבין לשים לב אליו/ה?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חבר/ה מבקש/ת מכם להבטיח לשמור סוד שמסכן אותו/ה. מה תעשו?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נתון לדפוס?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למערכת בטיחות ברכב והסבירו מה היא עושה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תעשו אם חבר או חברה מבקשים מכם לשמור סוד מסוכן?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נהיגה חכמה, בטיחות וקבלת החלטות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