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נהיגה חכמה,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מערכות בטיחות ברכב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נתון לדפוס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אחראית מול חברים בנושאי סודות ותמיכה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הכנרת היא המקום הנמוך ביותר והכביש יורד בתלול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מתריעה כשהרכב זז מהנתיב בלי איתות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שומרת מרחק קבוע מהרכב שלפנים ומתאימה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דפוס נוצר מכמה נתונים שחוזרים על עצמם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תמיכה נכונה כוללת הקשבה והפניה לעזרה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בקרת שיוט מסתגלת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(מתריעה כשהרכב זז מהנתיב)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(שומרת מרחק ומתאימה מהירות אוטומטית)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(חזרה של נתונים דומים לאורך 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יציינו שהמחשב מעבד נתונים ומגיב מהר, אך רק אדם יכול להבין הקשר, להרגיש ולשפוט מצב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לחקור זה לאסוף מידע מתוך סקרנות, לשים לב זה להתעניין באמת ברגשות ובמצב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נתון הוא פרט בודד, דפוס הוא חזרה של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התרעת סטייה או בקרת שיוט עם הסבר קצר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למבוגר אחראי ואי שמירה על סוד מסכן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הטריוויה מהעמוד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ההבחנה בין נתון לדפוס באמצעות דוגמה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בכיתה במצב של סוד מסכן לפני המעבר למשימת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נהיגה חכמה,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ממשחקי מסלול חוקרי העתיד: מערכות בטיחות ברכב, איסוף מידע וזיהוי דפוסים, וגם דרכי התנהגות נכונה כלפי 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בקרת שיוט מסתגלת  ·  כנרת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יש פיתולים רבים בכביש ליד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הכנרת היא המקום הנמוך ביותר והכביש יורד בתלול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אין שם אספלט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זה כביש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התרעה על סטייה מנתיב?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מתריעה כשהרכב זז מהנתיב בלי איתות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עוצרת את הרכב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מנווטת לכתובת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בקרת שיוט מסתגלת?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שומרת מרחק קבוע מהרכב שלפנים ומתאימה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מכוונת 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בודקת לחץ אוויר בצמיגים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נתון בודד מספיק כדי לזהות דפוס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 או חברה בתמיכה יכולים לעזור על ידי הקשבה ועידוד לפנות למבוגר 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המקום הנמוך ביותר על פני כדור הארץ, ולכן יש פיתולים רבים בדרך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היא מערכת ששומרת מרחק בטוח מהרכב שלפנים באופן אוטומטי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התרעה על סטייה מנתיב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שומרת מרחק ומתאימה מהירות אוטומטית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בקרת שיוט מסתגלת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חזרה של נתונים דומים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מתריעה כשהרכב זז מהנתיב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אחד: מה המחשב ברכב יכול לעשות, ומה רק אדם יכול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לחקור חבר או חברה לבין לשים לב אליו/ה?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נתון לדפוס?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למערכת בטיחות ברכב והסבירו מה היא עושה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נהיגה חכמה,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